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פסח – הסיפור שכל דור מספר מחדש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יציאת מצרים ואת סמלי ליל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מורשת מוחשית לבלתי מוחשית בחג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מנהגי פסח בקהילות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יציאת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הטיט שממנו בנו העבדים לבנים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הילדים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מכונה החג במקורות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האפיקומן הוא חצי מצה שמחביאים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שואלת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לשאול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מושג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(לחם שטוח, זכר ליציאה הממהרת)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(מאכל מתוק, זכר לטיט)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(כוס מיוחדת שמשאירים על השולחן)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(חצי מצה שמחביאים)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מחפשים חמץ בבית בערב שלפני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מתחילים את הסדר בשאלות 'מה נשתנה'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את ההגדה ומספרים את סיפור יציאת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מחביאים את האפיקומן והילדים מחפשים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ומרחיבים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מוחשית: מצה או קערת הסדר. בלתי מוחשית: שאלת מה נשתנה או שירי הסדר.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מוחשי - חפץ שרואים ונוגעים בו, בלתי מוחשי - שאלה, שיר או 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זכר לטיט שממנו בנו העבדים לבנים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שהערך של חירות וזיכרון ימשיך לעבור מדור לדור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קערת סדר אמיתית או תמונות של המאכלים הסמליים לתמיכה חזותית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לתלמידים לשתף מנהג מהבית שלהם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בפעילות התנועה 'מעבדות לחירות' אפשר לשלב גם מילים מהדף כתזכורת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פסח – הסיפור שכל דור מספר מחדש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פסח הוא חג החירות והאביב, שבו מספרים בכל שנה מחדש את סיפור יציאת בני ישראל ממצרים. בדף הזה נתרגל את סמלי החג, את המנהגים ואת הערכים שעוברים בו מדור לדור.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לשאול  ·  שואלת  ·  שאלות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מזכיר חג הפסח?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מתן 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יציאת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חנוכת המקדש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מסמלת החרוסת?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הטיט שממנו בנו העבדים לבנים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שואל בדרך כלל את 'מה נשתנה'?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ראש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הילדים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פסח נקרא גם חג החירות וחג האביב.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האפיקומן הוא מאכל מר.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הילדה __________ את מה נשתנה.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בהגדה יש ארבע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מותר __________ כל דבר בליל הסדר.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מושג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מאכל מתוק, זכר לטיט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חרוסת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כוס מיוחדת שמשאירים על השולחן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כוס אליהו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חצי מצה שמחביאים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אפיקומן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לחם שטוח, זכר ליציאה הממהרת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ההגדה ומספרים את סיפור יציאת מצרים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מחביאים את האפיקומן והילדים מחפשים אותו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מתחילים את הסדר בשאלות 'מה נשתנה'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מחפשים חמץ בבית בערב שלפני החג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חושבים ומרחיבים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תנו דוגמה אחת למורשת מוחשית ודוגמה אחת למורשת בלתי מוחשית בליל הסדר.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מוחשי לבלתי מוחשי בליל הסדר?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מסמלת החרוסת?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פסח – הסיפור שכל דור מספר מחדש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