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מורשת חיה – מה עובר מדור לדור ואיך היא חיה בתוכנו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פסח – הסיפור שכל דור מספר מחדש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סיפור יציאת מצרים ואת סמלי ליל הסדר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מורשת מוחשית לבלתי מוחשית בחג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מנהגי פסח בקהילות שונות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יציאת מצרים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הטיט שממנו בנו העבדים לבנים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הילדים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ד – תרבחו ותסעדו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לספר את הסיפור לדור הבא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מחפשים שאריות חמץ בבית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מכונה החג במקורות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האפיקומן הוא חצי מצה שמחביאים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במשפחות רבות באשכנז נמנעים מקטניות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זהו מנהג המזכיר את הנוגשים במצרים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יש משפחות שמקצרות, שרות או מוסיפות קטעים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שואלת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שאלות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לשאול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כוס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אפיקומן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בין מושג למשמעות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(לחם שטוח, זכר ליציאה הממהרת)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(מאכל מתוק, זכר לטיט)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(כוס מיוחדת שמשאירים על השולחן)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(חצי מצה שמחביאים)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(השאלות שהילדים שואלים בתחילת הסדר)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מחפשים חמץ בבית בערב שלפני החג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מתחילים את הסדר בשאלות 'מה נשתנה'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קוראים את ההגדה ומספרים את סיפור יציאת מצרים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מחביאים את האפיקומן והילדים מחפשים אותו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פותחים את הדלת לכוס אליהו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חושבים ומרחיבים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מוחשית: מצה או קערת הסדר. בלתי מוחשית: שאלת מה נשתנה או שירי הסדר.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כדי שהסיפור יעבור בשיחה בין דורות, ולא רק יסופר אלא גם יישאל וילמד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כל אדם צריך להרגיש כאילו הוא עצמו יצא מעבדות לחירות, ולא רק לשמוע סיפור על אחרים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מוחשי - חפץ שרואים ונוגעים בו, בלתי מוחשי - שאלה, שיר או ערך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זכר לטיט שממנו בנו העבדים לבנים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כדי שהערך של חירות וזיכרון ימשיך לעבור מדור לדור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להביא קערת סדר אמיתית או תמונות של המאכלים הסמליים לתמיכה חזותית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לתת לתלמידים לשתף מנהג מהבית שלהם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בפעילות התנועה 'מעבדות לחירות' אפשר לשלב גם מילים מהדף כתזכורת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מורשת חיה – מה עובר מדור לדור ואיך היא חיה בתוכנו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פסח – הסיפור שכל דור מספר מחדש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פסח הוא חג חשוב. בחג מספרים איך בני ישראל יצאו מעבדות לחירות. בדף נלמד על ליל הסדר ועל מנהגים שונים.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מצה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לחם שטוח שלא תפח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קערת הסדר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קערה עם המאכלים הסמליים של הסדר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הגדה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הספר שקוראים בו בליל הסדר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חרוסת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מאכל מתוק זכר לטיט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כוס אליהו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כוס מיוחדת שמשאירים על השולחן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אפיקומן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חצי מצה שמחביאים בסדר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חירות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להיות חופשי, לא עבד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נשתנה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השאלות שהילדים שואלים בתחילת הסדר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קרה בפסח?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מתן תורה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יציאת מצרים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חנוכת המקדש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בריאת העולם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 יש חרוסת בסדר?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הטיט שממנו בנו העבדים לבנים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האביב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מי שואל את השאלות בסדר?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ראש המשפחה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השכנים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הילדים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האורחים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אומרים במימונה?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שנה טובה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חג שמח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מזל טוב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תרבחו ותסעדו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הציווי של והגדת לבנך?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לבנות סוכה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לספר את הסיפור לדור הבא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לאכול מצה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לנקות את הבית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בודקים לפני פסח?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מחפשים מצות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מחפשים שאריות חמץ בבית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מחפשים את האפיקומן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מחפשים כוס אליהו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פסח נקרא גם חג החירות וחג האביב.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האפיקומן הוא מאכל מר.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בקהילות אשכנז נהוג לאכול קטניות בפסח.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בקהילות פרס ואפגניסטן נהוג להצליף בעדינות בבצל ירוק בזמן 'דיינו'.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בכל המשפחות קוראים את ההגדה באותה צורה בדיוק.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הילדה __________ את מה נשתנה.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בהגדה יש ארבע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מותר __________ כל דבר בליל הסדר.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ה__________ המיוחדת שממלאים ומשאירים על השולחן נקראת כוס אליהו.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חצי מצה שמחביאים בסדר נקרא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בין מושג למשמעות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מצה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חצי מצה שמחביאים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חרוסת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כוס מיוחדת שמשאירים על השולחן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כוס אליהו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השאלות שהילדים שואלים בתחילת הסדר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אפיקומן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מאכל מתוק, זכר לטיט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מה נשתנה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לחם שטוח, זכר ליציאה הממהרת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קוראים את ההגדה ומספרים את סיפור יציאת מצרים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פותחים את הדלת לכוס אליהו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מחפשים חמץ בבית בערב שלפני החג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מתחילים את הסדר בשאלות 'מה נשתנה'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מחביאים את האפיקומן והילדים מחפשים אותו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חושבים ומרחיבים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תנו דוגמה אחת למורשת מוחשית ודוגמה אחת למורשת בלתי מוחשית בליל הסדר.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למה, לדעתכם, הסדר מתחיל דווקא בשאלות של ילדים?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הסבירו במילים שלכם את המשפט 'בכל דור ודור חייב אדם לראות את עצמו כאילו הוא יצא ממצרים'.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מוחשי לבלתי מוחשי בליל הסדר?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מסמלת החרוסת?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חשוב לספר את סיפור יציאת מצרים בכל דור מחדש?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פסח – הסיפור שכל דור מספר מחדש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