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פסח – הסיפור שכל דור מספר מחדש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יציאת מצרים ואת סמלי ליל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לבלתי מוחשית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 פסח בקהילות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יציאת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הטיט שממנו בנו העבדים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תרבחו ותסעדו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לספר את הסיפור לדור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מחפשים שאריות חמץ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מכונה החג במקורות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האפיקומן הוא חצי מצה שמחביאים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במשפחות רבות באשכנז נמנעים מקטניות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מנהג המזכיר את הנוגשים במצרים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משפחות שמקצרות, שרות או מוסיפות קטעים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שואלת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לשאול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אפיקומן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(לחם שטוח, זכר ליציאה הממהרת)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(מאכל מתוק, זכר לטיט)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(כוס מיוחדת שמשאירים על השולחן)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(חצי מצה שמחביאים)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(השאלות שהילדים שואלים בתחילת הסדר)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מחפשים חמץ בבית בערב שלפני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מתחילים את הסדר בשאלות 'מה נשתנה'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ההגדה ומספרים את סיפור יציאת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מחביאים את האפיקומן והילדים מחפשים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פותחים את הדלת לכוס אליהו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ומרחיבים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מוחשית: מצה או קערת הסדר. בלתי מוחשית: שאלת מה נשתנה או שירי הסדר.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שהסיפור יעבור בשיחה בין דורות, ולא רק יסופר אלא גם יישאל וילמד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אדם צריך להרגיש כאילו הוא עצמו יצא מעבדות לחירות, ולא רק לשמוע סיפור על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 - חפץ שרואים ונוגעים בו, בלתי מוחשי - שאלה, שיר או 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זכר לטיט שממנו בנו העבדים לבנים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שהערך של חירות וזיכרון ימשיך לעבור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קערת סדר אמיתית או תמונות של המאכלים הסמליים לתמיכה 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לשתף מנהג מהבית שלהם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התנועה 'מעבדות לחירות' אפשר לשלב גם מילים מהדף כתזכורת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פסח – הסיפור שכל דור מספר מחדש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פסח הוא חג החירות והאביב, שבו מספרים בכל שנה מחדש את סיפור יציאת בני ישראל ממצרים. בדף הזה נתרגל את סמלי החג, את המנהגים ואת הערכים שעוברים בו מדור לדור.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מזכיר חג הפסח?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מתן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יציאת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חנוכת המקדש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בריאת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מסמלת החרוסת?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הטיט שממנו בנו העבדים לבנים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שואל בדרך כלל את 'מה נשתנה'?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האורחים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מברכים במימונה?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שנה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 שמח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מזל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תרבחו ותסעדו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'והגדת לבנך'?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את הסיפור לדור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לאכול מצה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לנקות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בחיפוש חמץ?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מחפשים מצות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מחפשים שאריות חמץ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מחפשים את האפיקומן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מחפשים כוס אליהו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פסח נקרא גם חג החירות וחג האביב.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האפיקומן הוא מאכל מר.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בקהילות אשכנז נהוג לאכול קטניות בפסח.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בקהילות פרס ואפגניסטן נהוג להצליף בעדינות בבצל ירוק בזמן 'דיינו'.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המשפחות קוראים את ההגדה באותה צורה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הילדה __________ את מה נשתנה.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בהגדה יש ארבע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מותר __________ כל דבר בליל הסדר.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המיוחדת שממלאים ומשאירים על השולחן נקראת כוס אליהו.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חצי מצה שמחביאים בסדר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חצי מצה שמחביאים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חרוסת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כוס מיוחדת שמשאירים על השולחן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כוס אליהו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השאלות שהילדים שואלים בתחילת הסדר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אפיקומן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לחם שטוח, זכר ליציאה הממהרת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 נשתנה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מאכל מתוק, זכר לטיט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מחביאים את האפיקומן והילדים מחפשים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פותחים את הדלת לכוס אליהו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מתחילים את הסדר בשאלות 'מה נשתנה'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חמץ בבית בערב שלפני החג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ההגדה ומספרים את סיפור יציאת 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ומרחיבים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אחת למורשת מוחשית ודוגמה אחת למורשת בלתי מוחשית בליל הסדר.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למה, לדעתכם, הסדר מתחיל דווקא בשאלות של ילדים?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את המשפט 'בכל דור ודור חייב אדם לראות את עצמו כאילו הוא יצא ממצרים'.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מוחשי לבלתי מוחשי בליל הסדר?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מסמלת החרוסת?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לספר את סיפור יציאת מצרים בכל דור מחדש?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פסח – הסיפור שכל דור מספר מחדש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